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Accettazione del venditore e ritiro della proposta accettata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ACCETTAZIONE — Io sottoscritto/a </w:t>
      </w:r>
      <w:r>
        <w:rPr>
          <w:highlight w:val="yellow"/>
        </w:rPr>
        <w:t>[NOME E COGNOME DEL VENDITORE]</w:t>
      </w:r>
      <w:r>
        <w:t xml:space="preserve"> ho letto la proposta d'acquisto del </w:t>
      </w:r>
      <w:r>
        <w:rPr>
          <w:highlight w:val="yellow"/>
        </w:rPr>
        <w:t>[GG/MM/AAAA]</w:t>
      </w:r>
      <w:r>
        <w:t xml:space="preserve"> e la accetto in ogni sua parte, confermando in particolare le mie dichiarazioni sull'immobile e la clausola sul controllo dei gravami.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di ogni venditore </w:t>
      </w:r>
      <w:r>
        <w:rPr>
          <w:highlight w:val="yellow"/>
        </w:rPr>
        <w:t>[___]</w:t>
      </w:r>
      <w:r>
        <w:t>.</w:t>
      </w:r>
    </w:p>
    <w:p>
      <w:r>
        <w:t xml:space="preserve">RICEVUTA DELLA COPIA ACCETTATA — Io sottoscritto/a </w:t>
      </w:r>
      <w:r>
        <w:rPr>
          <w:highlight w:val="yellow"/>
        </w:rPr>
        <w:t>[NOME E COGNOME DEL PROPONENTE]</w:t>
      </w:r>
      <w:r>
        <w:t xml:space="preserve"> ricevo oggi, </w:t>
      </w:r>
      <w:r>
        <w:rPr>
          <w:highlight w:val="yellow"/>
        </w:rPr>
        <w:t>[GG/MM/AAAA]</w:t>
      </w:r>
      <w:r>
        <w:t xml:space="preserve"> alle ore </w:t>
      </w:r>
      <w:r>
        <w:rPr>
          <w:highlight w:val="yellow"/>
        </w:rPr>
        <w:t>[ORE]</w:t>
      </w:r>
      <w:r>
        <w:t>, la copia della mia proposta con l'accettazione del venditore.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 proponente </w:t>
      </w:r>
      <w:r>
        <w:rPr>
          <w:highlight w:val="yellow"/>
        </w:rPr>
        <w:t>[___]</w:t>
      </w:r>
      <w:r>
        <w:t>.</w:t>
      </w:r>
    </w:p>
    <w:p>
      <w:r>
        <w:rPr>
          <w:highlight w:val="yellow"/>
        </w:rPr>
        <w:t>[SE L'ACCETTAZIONE SI COMUNICA A DISTANZA]</w:t>
      </w:r>
      <w:r>
        <w:t xml:space="preserve"> Gentile </w:t>
      </w:r>
      <w:r>
        <w:rPr>
          <w:highlight w:val="yellow"/>
        </w:rPr>
        <w:t>[NOME]</w:t>
      </w:r>
      <w:r>
        <w:t xml:space="preserve">, la informiamo che il </w:t>
      </w:r>
      <w:r>
        <w:rPr>
          <w:highlight w:val="yellow"/>
        </w:rPr>
        <w:t>[GG/MM/AAAA]</w:t>
      </w:r>
      <w:r>
        <w:t xml:space="preserve"> il venditore ha accettato la sua proposta del </w:t>
      </w:r>
      <w:r>
        <w:rPr>
          <w:highlight w:val="yellow"/>
        </w:rPr>
        <w:t>[GG/MM/AAAA]</w:t>
      </w:r>
      <w:r>
        <w:t xml:space="preserve"> per l'immobile di </w:t>
      </w:r>
      <w:r>
        <w:rPr>
          <w:highlight w:val="yellow"/>
        </w:rPr>
        <w:t>[INDIRIZZO]</w:t>
      </w:r>
      <w:r>
        <w:t>. Le alleghiamo la copia accettata: da oggi il contratto preliminare è concluso.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srl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srl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